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כללי הבטיחות הבסיסיים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כיצד חוצים כביש בבטחה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חשוב להשתמש בקסדה ברכיבה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במעבר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כדי להגן על הראש בנפילה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המרחק שרכב עובר עד שהוא עוצר לגמרי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להביט ימינה ושמאלה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מבוגר אחראי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אור צהוב מזהיר שהאדום מגיע ויש להאט ולהיערך לעצירה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ככל שהמהירות גבוהה יותר, מרחק העצירה 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חציה בטוחה חייבת להיות במעבר חציה תוך הסתכלות לצדדים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הקסדה נועדה להפחית פגיעה בראש בתאונה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יש גילים מוגדרים ברכיבה וברישיון לפי החוק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מרחק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ליווי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(מותר לנסוע)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(חובה לעצור)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(מקום בטוח לחצות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(מגנה על הראש)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(תלוי במהירות הנסיעה)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חציית כביש בבטחה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לעצור לפני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להביט ימינה ושמאלה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לוודא שאין רכב מתקרב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לחצות במעבר חציה בהליכה ולא בריצה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להמשיך להביט לצדדים גם בזמן החציה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ופתיחת 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יזכיר הגנה על הראש, סכנת נפילה או תאונה, וחשיבות ההרגל הקבוע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יסביר שהרכב לא עוצר מיד וצריך מרחק לפי המהירות, ולכן יש להיזהר גם כשרכב נראה רחוק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יודע שאדום=עצירה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הגנה על הראש בנפילה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שזהו המרחק עד שהרכב נעצר לגמרי, ותלוי במהירות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צפייה קצרה בסרטון חציה בטוחה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בכיתה תרגיל חציה בעזרת 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צעירים אפשר לדלג על סעיפי skip_n ולהתמקד בשאלות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מה שלמדנו על זהירות בדרכים: משמעות הרמזור, חציית כביש בטוחה, חשיבות הקסדה באופניים חשמליים ומושג מרחק העצירה.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אור אדום ברמזור?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לנסוע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להאיץ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לפנות ימינה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היכן הכי בטוח לחצות את הכביש?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בכל מקום שנוח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במעבר 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בין מכוניות חונות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בסיבוב 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חשוב לחבוש קסדה ברכיבה על אופניים חשמליים?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אופנתי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להגן על הראש בנפילה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לנסוע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חובה רק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מרחק העצירה?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מרחק בין שני רמזורים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המרחק שרכב עובר עד שהוא עוצר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מרחק בין שתי מכוניות חונות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אורך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כדאי לעשות לפני חציית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להסתכל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להביט ימינה ושמאלה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לרוץ מהר ככל האפשר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לסגור 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אמור ללוות ילדים קטנים ברכיבה על אופניים חשמליים?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 בן גילם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מבוגר אחראי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שוטר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 צהוב ברמזור מסמן שאפשר להאיץ בבטחה.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מרחק העצירה מושפע ממהירות הנסיעה.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לחצות כביש בכל מקום בלי להסתכל.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קסדה מגנה על הראש במקרה של נפילה.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תקנות התעבורה קובעות גיל מינימלי לרכיבה על אופניים חשמליים.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כשאור הרמזור __________ חובה לעצור.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חוצים כביש רק ב__________ חציה.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הקסדה מגנה על ה__________ בתאונה.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שרכב עובר עד שהוא נעצר תלוי במהירות.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חציית כביש צריך להביט __________ ושמאלה.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ילדים קטנים זקוקים ל__________ של מבוגר ברכיבה.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תלוי במהירות הנסיעה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מגנה על הראש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מותר לנסוע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קסדה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בטוח לחצות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מרחק עצירה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חובה לעצור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חציית כביש בבטחה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לחצות במעבר חציה בהליכה ולא בריצה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להמשיך להביט לצדדים גם בזמן החציה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לעצור לפני הכביש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להביט ימינה ושמאלה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לוודא שאין רכב מתקרב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ופתיחת 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פיסקה קצרה שמסבירה לחבר למה חשוב לחבוש קסדה באופניים חשמליים, גם בנסיעה 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מהו מרחק עצירה ולמה חשוב לדעת עליו כשחוצים כביש.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כשהרמזור אדום?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לחבוש קסדה?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מרחק עצירה?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זהירות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