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הבטיחות הבסיסיים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כיצד חוצים כביש בבטחה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חשוב להשתמש בקסדה ברכיבה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להגן על הראש בנפילה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המרחק שרכב עובר עד שהוא עוצר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להביט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מבוגר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אור צהוב מזהיר שהאדום מגיע ויש להאט ולהיערך לעצירה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ככל שהמהירות גבוהה יותר, מרחק העצירה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חציה בטוחה חייבת להיות במעבר חציה תוך הסתכלות לצדדים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הקסדה נועדה להפחית פגיעה בראש בתאונה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גילים מוגדרים ברכיבה וברישיון לפי החוק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ליווי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(מותר לנסוע)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(חובה לעצור)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(מקום בטוח לחצות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(מגנה על הראש)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(תלוי במהירות הנסיעה)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חציית כביש בבטחה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 לפני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להביט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לוודא שאין רכב מתקרב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לחצות במעבר חציה בהליכה ולא בריצה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להמשיך להביט לצדדים גם בזמן החציה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ופתיחת 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יזכיר הגנה על הראש, סכנת נפילה או תאונה, וחשיבות ההרגל הקבוע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יסביר שהרכב לא עוצר מיד וצריך מרחק לפי המהירות, ולכן יש להיזהר גם כשרכב נראה רחוק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שאדום=עצירה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הגנה על הראש בנפילה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שזהו המרחק עד שהרכב נעצר לגמרי, ותלוי במהירות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צפייה קצרה בסרטון חציה בטוחה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בכיתה תרגיל חציה בעזרת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אפשר לדלג על סעיפי skip_n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בטיחות בדרך: מה עושים ברמזור, איך חוצים כביש בזהירות, ולמה חובה קסדה על אופניים.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עם אורות שמנהל את התנועה בכביש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חציה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מסומן בכביש שבו הולכי רגל חוצים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כיסוי ראש שמגן על הראש בתאונה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אופניים חשמליים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אופניים עם מנוע חשמלי שעוזר ברכיבה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שרכב עובר מרגע הבלימה ועד העצירה המלאה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ליווי מבוגר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בוגר שמלווה ילד ברכיבה או בהליכה בדרך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תקנות תעבורה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כללים רשמיים שקובעים איך נוהגים ונעים בדרכים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הולך 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שהולך ברגל בדרך או בכביש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כשהרמזור 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לנסוע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להאיץ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ימינה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חוצים כביש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מקום שנוח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בסיבוב 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צריך קסדה?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אופנתי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להגן על הראש בנפילה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לנסוע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חובה רק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מרחק עצירה?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מרחק בין שני רמזורים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המרחק שרכב עובר עד שהוא עוצר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מרחק בין שתי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אורך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לפני שחוצים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להסתכל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להביט ימינה ושמאלה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לסגור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מלווה ילד ברכיבה?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 בן גילם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מבוגר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שוטר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צהוב ברמזור מסמן שאפשר להאיץ בבטחה.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העצירה מושפע ממהירות הנסיעה.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כביש בכל מקום בלי להסתכל.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קסדה מגנה על הראש במקרה של נפילה.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תקנות התעבורה קובעות גיל מינימלי לרכיבה על אופניים חשמליים.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כשאור הרמזור __________ חובה לעצור.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חוצים כביש רק ב__________ חציה.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הקסדה מגנה על ה__________ בתאונה.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שרכב עובר עד שהוא נעצר תלוי במהירות.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חציית כביש צריך להביט __________ ושמאלה.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ילדים קטנים זקוקים ל__________ של מבוגר ברכיבה.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מגנה על הראש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תלוי במהירות הנסיעה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מותר לנסוע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חובה לעצור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מרחק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בטוח לחצות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חציית כביש בבטחה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להביט לצדדים גם בזמן החציה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לפני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לחצות במעבר חציה בהליכה ולא בריצה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לוודא שאין רכב מתקרב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להביט ימינה ושמאלה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ופתיחת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פיסקה קצרה שמסבירה לחבר למה חשוב לחבוש קסדה באופניים חשמליים, גם בנסיעה 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מהו מרחק עצירה ולמה חשוב לדעת עליו כשחוצים כביש.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כשהרמזור אדום?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לחבוש קסדה?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מרחק עצירה?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