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כללי הבטיחות הבסיסיים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כיצד חוצים כביש בבטחה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חשוב להשתמש בקסדה ברכיבה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במעבר חציה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אור צהוב מזהיר שהאדום מגיע ויש להאט ולהיערך לעצירה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ככל שהמהירות גבוהה יותר, מרחק העצירה 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חציה בטוחה חייבת להיות במעבר חציה תוך הסתכלות לצדדים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ראש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(מותר לנסוע)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(חובה לעצור)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(מקום בטוח לחצות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(מגנה על הראש)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חציית כביש בבטחה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לעצור לפני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להביט ימינה ושמאלה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לוודא שאין רכב מתקרב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לחצות במעבר חציה בהליכה ולא בריצה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ופתיחת 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יזכיר הגנה על הראש, סכנת נפילה או תאונה, וחשיבות ההרגל הקבוע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יודע שאדום=עצירה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הגנה על הראש בנפילה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מסביר שזהו המרחק עד שהרכב נעצר לגמרי, ותלוי במהירות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צפייה קצרה בסרטון חציה בטוחה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בכיתה תרגיל חציה בעזרת 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צעירים אפשר לדלג על סעיפי skip_n ולהתמקד בשאלות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מה שלמדנו על זהירות בדרכים: משמעות הרמזור, חציית כביש בטוחה, חשיבות הקסדה באופניים חשמליים ומושג מרחק העצירה.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אדום  ·  מעבר  ·  ראש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המשמעות של אור אדום ברמזור?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לנסוע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להאיץ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היכן הכי בטוח לחצות את הכביש?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בכל מקום שנוח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במעבר חציה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בין מכוניות חונות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אור צהוב ברמזור מסמן שאפשר להאיץ בבטחה.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מרחק העצירה מושפע ממהירות הנסיעה.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לחצות כביש בכל מקום בלי להסתכל.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כשאור הרמזור __________ חובה לעצור.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חוצים כביש רק ב__________ חציה.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הקסדה מגנה על ה__________ בתאונה.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אור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חובה לעצור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אור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מותר לנסוע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מגנה על הראש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קסדה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מקום בטוח לחצות בו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– חציית כביש בבטחה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להביט ימינה ושמאלה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לעצור לפני הכביש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לחצות במעבר חציה בהליכה ולא בריצה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לוודא שאין רכב מתקרב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ופתיחת 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פיסקה קצרה שמסבירה לחבר למה חשוב לחבוש קסדה באופניים חשמליים, גם בנסיעה 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כשהרמזור אדום?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מדוע חשוב לחבוש קסדה?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זהירות בדרכים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